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E91769" w:rsidRPr="003F2865" w:rsidRDefault="00E91769" w:rsidP="00E91769">
      <w:pPr>
        <w:pStyle w:val="Heading2"/>
        <w:rPr>
          <w:rFonts w:ascii="Arial" w:hAnsi="Arial" w:cs="Arial"/>
          <w:color w:val="365F91" w:themeColor="accent1" w:themeShade="BF"/>
        </w:rPr>
      </w:pPr>
      <w:r w:rsidRPr="003F2865">
        <w:rPr>
          <w:rFonts w:ascii="Arial" w:hAnsi="Arial" w:cs="Arial"/>
          <w:color w:val="365F91" w:themeColor="accent1" w:themeShade="BF"/>
        </w:rPr>
        <w:t>International Leadership Academy (ILA)</w:t>
      </w:r>
    </w:p>
    <w:p w:rsidR="00E91769" w:rsidRPr="003F2865" w:rsidRDefault="00E91769" w:rsidP="00E91769">
      <w:pPr>
        <w:pStyle w:val="NormalWeb"/>
        <w:rPr>
          <w:rFonts w:ascii="Arial" w:hAnsi="Arial" w:cs="Arial"/>
          <w:b/>
          <w:lang w:val="en-US"/>
        </w:rPr>
      </w:pPr>
      <w:r w:rsidRPr="003F2865">
        <w:rPr>
          <w:rFonts w:ascii="Arial" w:hAnsi="Arial" w:cs="Arial"/>
          <w:b/>
          <w:lang w:val="en-US"/>
        </w:rPr>
        <w:t>Cher/Chère étudiant(e),</w:t>
      </w:r>
    </w:p>
    <w:p w:rsidR="00E91769" w:rsidRPr="003F2865" w:rsidRDefault="00E91769" w:rsidP="00EA2735">
      <w:pPr>
        <w:pStyle w:val="NormalWeb"/>
        <w:rPr>
          <w:rFonts w:ascii="Arial" w:hAnsi="Arial" w:cs="Arial"/>
        </w:rPr>
      </w:pPr>
      <w:r w:rsidRPr="003F2865">
        <w:rPr>
          <w:rFonts w:ascii="Arial" w:hAnsi="Arial" w:cs="Arial"/>
        </w:rPr>
        <w:t>Félicitations pour avoir franchi l’étape importante de la demande d’aide financière auprès de l’International Leadership Academy (ILA). Vous venez d’entamer un processus qui peut réellement transformer votre avenir.</w:t>
      </w:r>
    </w:p>
    <w:p w:rsidR="00E91769" w:rsidRPr="003F2865" w:rsidRDefault="00E91769" w:rsidP="00EA2735">
      <w:pPr>
        <w:pStyle w:val="NormalWeb"/>
        <w:rPr>
          <w:rFonts w:ascii="Arial" w:hAnsi="Arial" w:cs="Arial"/>
        </w:rPr>
      </w:pPr>
      <w:r w:rsidRPr="003F2865">
        <w:rPr>
          <w:rFonts w:ascii="Arial" w:hAnsi="Arial" w:cs="Arial"/>
        </w:rPr>
        <w:t>En choisissant de vous rapprocher de l’ILA, vous démontrez le courage d’agir pour votre futur. Peu de personnes osent faire ce premier pas, mais vous l’avez fait !</w:t>
      </w:r>
    </w:p>
    <w:p w:rsidR="00E91769" w:rsidRPr="003F2865" w:rsidRDefault="00E91769" w:rsidP="00E91769">
      <w:pPr>
        <w:pStyle w:val="NormalWeb"/>
        <w:rPr>
          <w:rFonts w:ascii="Arial" w:hAnsi="Arial" w:cs="Arial"/>
        </w:rPr>
      </w:pPr>
      <w:r w:rsidRPr="003F2865">
        <w:rPr>
          <w:rFonts w:ascii="Arial" w:hAnsi="Arial" w:cs="Arial"/>
        </w:rPr>
        <w:t>À l’ILA, nous formons des leaders capables de :</w:t>
      </w:r>
      <w:r w:rsidRPr="003F2865">
        <w:rPr>
          <w:rFonts w:ascii="Arial" w:hAnsi="Arial" w:cs="Arial"/>
        </w:rPr>
        <w:br/>
      </w:r>
      <w:r w:rsidRPr="003F2865">
        <w:rPr>
          <w:rFonts w:ascii="Segoe UI Symbol" w:hAnsi="Segoe UI Symbol" w:cs="Segoe UI Symbol"/>
        </w:rPr>
        <w:t>✔</w:t>
      </w:r>
      <w:r w:rsidRPr="003F2865">
        <w:rPr>
          <w:rFonts w:ascii="Arial" w:hAnsi="Arial" w:cs="Arial"/>
        </w:rPr>
        <w:t xml:space="preserve"> Développer des compétences professionnelles avec une vision entrepreneuriale</w:t>
      </w:r>
      <w:r w:rsidRPr="003F2865">
        <w:rPr>
          <w:rFonts w:ascii="Arial" w:hAnsi="Arial" w:cs="Arial"/>
        </w:rPr>
        <w:br/>
      </w:r>
      <w:r w:rsidRPr="003F2865">
        <w:rPr>
          <w:rFonts w:ascii="Segoe UI Symbol" w:hAnsi="Segoe UI Symbol" w:cs="Segoe UI Symbol"/>
        </w:rPr>
        <w:t>✔</w:t>
      </w:r>
      <w:r w:rsidRPr="003F2865">
        <w:rPr>
          <w:rFonts w:ascii="Arial" w:hAnsi="Arial" w:cs="Arial"/>
        </w:rPr>
        <w:t xml:space="preserve"> Grandir personnellement pour incarner des valeurs fortes</w:t>
      </w:r>
      <w:r w:rsidRPr="003F2865">
        <w:rPr>
          <w:rFonts w:ascii="Arial" w:hAnsi="Arial" w:cs="Arial"/>
        </w:rPr>
        <w:br/>
      </w:r>
      <w:r w:rsidRPr="003F2865">
        <w:rPr>
          <w:rFonts w:ascii="Segoe UI Symbol" w:hAnsi="Segoe UI Symbol" w:cs="Segoe UI Symbol"/>
        </w:rPr>
        <w:t>✔</w:t>
      </w:r>
      <w:r w:rsidRPr="003F2865">
        <w:rPr>
          <w:rFonts w:ascii="Arial" w:hAnsi="Arial" w:cs="Arial"/>
        </w:rPr>
        <w:t xml:space="preserve"> Impacter le monde en contribuant aux Objectifs de Développement Durable (ODD) des Nations Unies et de l’UNESCO</w:t>
      </w:r>
    </w:p>
    <w:p w:rsidR="00E91769" w:rsidRPr="00EA2735" w:rsidRDefault="00E91769" w:rsidP="00B659E7">
      <w:pPr>
        <w:pStyle w:val="NormalWeb"/>
        <w:spacing w:before="0" w:beforeAutospacing="0" w:after="0" w:afterAutospacing="0"/>
        <w:rPr>
          <w:rFonts w:ascii="Arial" w:hAnsi="Arial" w:cs="Arial"/>
          <w:b/>
          <w:sz w:val="16"/>
          <w:szCs w:val="16"/>
          <w:lang w:val="en-US"/>
        </w:rPr>
      </w:pPr>
      <w:r w:rsidRPr="00B659E7">
        <w:rPr>
          <w:rStyle w:val="Strong"/>
          <w:rFonts w:ascii="Arial" w:hAnsi="Arial" w:cs="Arial"/>
          <w:lang w:val="en-US"/>
        </w:rPr>
        <w:t xml:space="preserve">Bonne nouvelle : votre </w:t>
      </w:r>
      <w:proofErr w:type="spellStart"/>
      <w:r w:rsidRPr="00B659E7">
        <w:rPr>
          <w:rStyle w:val="Strong"/>
          <w:rFonts w:ascii="Arial" w:hAnsi="Arial" w:cs="Arial"/>
          <w:lang w:val="en-US"/>
        </w:rPr>
        <w:t>éligibilité</w:t>
      </w:r>
      <w:proofErr w:type="spellEnd"/>
      <w:r w:rsidRPr="00B659E7">
        <w:rPr>
          <w:rStyle w:val="Strong"/>
          <w:rFonts w:ascii="Arial" w:hAnsi="Arial" w:cs="Arial"/>
          <w:lang w:val="en-US"/>
        </w:rPr>
        <w:t xml:space="preserve"> à notre </w:t>
      </w:r>
      <w:proofErr w:type="spellStart"/>
      <w:r w:rsidRPr="00B659E7">
        <w:rPr>
          <w:rStyle w:val="Strong"/>
          <w:rFonts w:ascii="Arial" w:hAnsi="Arial" w:cs="Arial"/>
          <w:lang w:val="en-US"/>
        </w:rPr>
        <w:t>programme</w:t>
      </w:r>
      <w:proofErr w:type="spellEnd"/>
      <w:r w:rsidRPr="00B659E7">
        <w:rPr>
          <w:rStyle w:val="Strong"/>
          <w:rFonts w:ascii="Arial" w:hAnsi="Arial" w:cs="Arial"/>
          <w:lang w:val="en-US"/>
        </w:rPr>
        <w:t xml:space="preserve"> de soutien financier </w:t>
      </w:r>
      <w:proofErr w:type="spellStart"/>
      <w:r w:rsidRPr="00B659E7">
        <w:rPr>
          <w:rStyle w:val="Strong"/>
          <w:rFonts w:ascii="Arial" w:hAnsi="Arial" w:cs="Arial"/>
          <w:lang w:val="en-US"/>
        </w:rPr>
        <w:t>est</w:t>
      </w:r>
      <w:proofErr w:type="spellEnd"/>
      <w:r w:rsidRPr="00B659E7">
        <w:rPr>
          <w:rStyle w:val="Strong"/>
          <w:rFonts w:ascii="Arial" w:hAnsi="Arial" w:cs="Arial"/>
          <w:lang w:val="en-US"/>
        </w:rPr>
        <w:t xml:space="preserve"> </w:t>
      </w:r>
      <w:proofErr w:type="spellStart"/>
      <w:r w:rsidRPr="00B659E7">
        <w:rPr>
          <w:rStyle w:val="Strong"/>
          <w:rFonts w:ascii="Arial" w:hAnsi="Arial" w:cs="Arial"/>
          <w:lang w:val="en-US"/>
        </w:rPr>
        <w:t>confirmée</w:t>
      </w:r>
      <w:proofErr w:type="spellEnd"/>
      <w:r w:rsidRPr="00B659E7">
        <w:rPr>
          <w:rStyle w:val="Strong"/>
          <w:rFonts w:ascii="Arial" w:hAnsi="Arial" w:cs="Arial"/>
          <w:lang w:val="en-US"/>
        </w:rPr>
        <w:t>.</w:t>
      </w:r>
      <w:r w:rsidRPr="00B659E7">
        <w:rPr>
          <w:rFonts w:ascii="Arial" w:hAnsi="Arial" w:cs="Arial"/>
          <w:lang w:val="en-US"/>
        </w:rPr>
        <w:br/>
      </w:r>
      <w:r w:rsidR="00EB75EA" w:rsidRPr="003F2865">
        <w:rPr>
          <w:rFonts w:ascii="Arial" w:hAnsi="Arial" w:cs="Arial"/>
          <w:color w:val="C00000"/>
          <w:lang w:val="en-US"/>
        </w:rPr>
        <w:t>Mais attention : les opportunités se saisissent, elles ne s’attendent pas.</w:t>
      </w:r>
      <w:r w:rsidR="00EB75EA" w:rsidRPr="003F2865">
        <w:rPr>
          <w:rFonts w:ascii="Arial" w:hAnsi="Arial" w:cs="Arial"/>
          <w:lang w:val="en-US"/>
        </w:rPr>
        <w:br/>
      </w:r>
    </w:p>
    <w:p w:rsidR="00E91769" w:rsidRPr="003F2865" w:rsidRDefault="00E91769" w:rsidP="00B659E7">
      <w:pPr>
        <w:pStyle w:val="Heading3"/>
        <w:spacing w:before="0" w:after="240" w:line="240" w:lineRule="auto"/>
        <w:rPr>
          <w:rFonts w:ascii="Arial" w:hAnsi="Arial" w:cs="Arial"/>
          <w:color w:val="365F91" w:themeColor="accent1" w:themeShade="BF"/>
          <w:sz w:val="25"/>
          <w:szCs w:val="25"/>
        </w:rPr>
      </w:pPr>
      <w:r w:rsidRPr="003F2865">
        <w:rPr>
          <w:rFonts w:ascii="Arial" w:hAnsi="Arial" w:cs="Arial"/>
          <w:color w:val="365F91" w:themeColor="accent1" w:themeShade="BF"/>
          <w:sz w:val="25"/>
          <w:szCs w:val="25"/>
        </w:rPr>
        <w:t>Trois actions essentie</w:t>
      </w:r>
      <w:r w:rsidR="00EB75EA" w:rsidRPr="003F2865">
        <w:rPr>
          <w:rFonts w:ascii="Arial" w:hAnsi="Arial" w:cs="Arial"/>
          <w:color w:val="365F91" w:themeColor="accent1" w:themeShade="BF"/>
          <w:sz w:val="25"/>
          <w:szCs w:val="25"/>
        </w:rPr>
        <w:t>lles à effectuer dès maintenant</w:t>
      </w:r>
      <w:r w:rsidRPr="003F2865">
        <w:rPr>
          <w:rFonts w:ascii="Arial" w:hAnsi="Arial" w:cs="Arial"/>
          <w:color w:val="365F91" w:themeColor="accent1" w:themeShade="BF"/>
          <w:sz w:val="25"/>
          <w:szCs w:val="25"/>
        </w:rPr>
        <w:t>:</w:t>
      </w:r>
    </w:p>
    <w:p w:rsidR="00E91769" w:rsidRPr="003F2865" w:rsidRDefault="00E91769" w:rsidP="00B659E7">
      <w:pPr>
        <w:pStyle w:val="NormalWeb"/>
        <w:spacing w:after="240" w:afterAutospacing="0"/>
        <w:rPr>
          <w:rFonts w:ascii="Arial" w:hAnsi="Arial" w:cs="Arial"/>
          <w:lang w:val="en-US"/>
        </w:rPr>
      </w:pPr>
      <w:r w:rsidRPr="003F2865">
        <w:rPr>
          <w:rFonts w:ascii="Arial" w:hAnsi="Arial" w:cs="Arial"/>
          <w:b/>
          <w:lang w:val="en-US"/>
        </w:rPr>
        <w:t>1</w:t>
      </w:r>
      <w:r w:rsidRPr="003F2865">
        <w:rPr>
          <w:rFonts w:ascii="Arial" w:hAnsi="Arial" w:cs="Arial"/>
          <w:b/>
        </w:rPr>
        <w:t>️</w:t>
      </w:r>
      <w:r w:rsidRPr="003F2865">
        <w:rPr>
          <w:rFonts w:ascii="Arial" w:hAnsi="Arial" w:cs="Arial"/>
          <w:lang w:val="en-US"/>
        </w:rPr>
        <w:t xml:space="preserve"> </w:t>
      </w:r>
      <w:r w:rsidRPr="003F2865">
        <w:rPr>
          <w:rStyle w:val="Strong"/>
          <w:rFonts w:ascii="Arial" w:hAnsi="Arial" w:cs="Arial"/>
          <w:lang w:val="en-US"/>
        </w:rPr>
        <w:t xml:space="preserve">Ajoutez notre numéro dans vos </w:t>
      </w:r>
      <w:proofErr w:type="gramStart"/>
      <w:r w:rsidRPr="003F2865">
        <w:rPr>
          <w:rStyle w:val="Strong"/>
          <w:rFonts w:ascii="Arial" w:hAnsi="Arial" w:cs="Arial"/>
          <w:lang w:val="en-US"/>
        </w:rPr>
        <w:t>contacts :</w:t>
      </w:r>
      <w:proofErr w:type="gramEnd"/>
      <w:r w:rsidRPr="003F2865">
        <w:rPr>
          <w:rFonts w:ascii="Arial" w:hAnsi="Arial" w:cs="Arial"/>
          <w:lang w:val="en-US"/>
        </w:rPr>
        <w:t>+1 (202) 327 4492 (WhatsApp / Appels) afin de recevoir toutes nos communications.</w:t>
      </w:r>
    </w:p>
    <w:p w:rsidR="004427BA" w:rsidRPr="004427BA" w:rsidRDefault="004427BA" w:rsidP="004427BA">
      <w:pPr>
        <w:pStyle w:val="NormalWeb"/>
        <w:rPr>
          <w:rFonts w:ascii="Arial" w:hAnsi="Arial" w:cs="Arial"/>
        </w:rPr>
      </w:pPr>
      <w:r w:rsidRPr="004427BA">
        <w:rPr>
          <w:rFonts w:ascii="Arial" w:hAnsi="Arial" w:cs="Arial"/>
          <w:b/>
          <w:bCs/>
          <w:lang w:val="en-US"/>
        </w:rPr>
        <w:t>2</w:t>
      </w:r>
      <w:r w:rsidRPr="004427BA">
        <w:rPr>
          <w:rFonts w:ascii="Arial" w:hAnsi="Arial" w:cs="Arial"/>
          <w:b/>
          <w:bCs/>
        </w:rPr>
        <w:t>️</w:t>
      </w:r>
      <w:r>
        <w:rPr>
          <w:rFonts w:ascii="Tahoma" w:hAnsi="Tahoma" w:cs="Tahoma"/>
          <w:b/>
          <w:bCs/>
          <w:lang w:val="en-US"/>
        </w:rPr>
        <w:t xml:space="preserve"> </w:t>
      </w:r>
      <w:r w:rsidRPr="004427BA">
        <w:rPr>
          <w:rFonts w:ascii="Arial" w:hAnsi="Arial" w:cs="Arial"/>
          <w:b/>
          <w:bCs/>
          <w:lang w:val="en-US"/>
        </w:rPr>
        <w:t xml:space="preserve">Inscrivez-vous dès maintenant </w:t>
      </w:r>
      <w:r w:rsidRPr="004427BA">
        <w:rPr>
          <w:rFonts w:ascii="Arial" w:hAnsi="Arial" w:cs="Arial"/>
          <w:bCs/>
          <w:lang w:val="en-US"/>
        </w:rPr>
        <w:t xml:space="preserve">: seules les 100 premières personnes bénéficieront de l’aide financière. </w:t>
      </w:r>
      <w:r w:rsidRPr="00B659E7">
        <w:rPr>
          <w:rFonts w:ascii="Arial" w:hAnsi="Arial" w:cs="Arial"/>
          <w:bCs/>
        </w:rPr>
        <w:t xml:space="preserve">Vous avez déjà fait la demande et vous êtes éligible. </w:t>
      </w:r>
      <w:r w:rsidRPr="004427BA">
        <w:rPr>
          <w:rFonts w:ascii="Arial" w:hAnsi="Arial" w:cs="Arial"/>
          <w:bCs/>
        </w:rPr>
        <w:t xml:space="preserve">Pour garantir votre place parmi les 100 bénéficiaires, veuillez compléter votre inscription et effectuer votre paiement en ligne via ce lien : </w:t>
      </w:r>
      <w:hyperlink r:id="rId8" w:tgtFrame="_new" w:history="1">
        <w:r w:rsidRPr="004427BA">
          <w:rPr>
            <w:rStyle w:val="Hyperlink"/>
            <w:rFonts w:ascii="Arial" w:hAnsi="Arial" w:cs="Arial"/>
            <w:bCs/>
          </w:rPr>
          <w:t>https://ilawashington.com/admission/</w:t>
        </w:r>
      </w:hyperlink>
    </w:p>
    <w:p w:rsidR="00E91769" w:rsidRPr="00B659E7" w:rsidRDefault="00E91769" w:rsidP="00B659E7">
      <w:pPr>
        <w:pStyle w:val="NormalWeb"/>
        <w:rPr>
          <w:rFonts w:ascii="Arial" w:hAnsi="Arial" w:cs="Arial"/>
          <w:lang w:val="en-US"/>
        </w:rPr>
      </w:pPr>
      <w:r w:rsidRPr="003F2865">
        <w:rPr>
          <w:rFonts w:ascii="Arial" w:hAnsi="Arial" w:cs="Arial"/>
          <w:b/>
        </w:rPr>
        <w:t>3️</w:t>
      </w:r>
      <w:r w:rsidRPr="003F2865">
        <w:rPr>
          <w:rFonts w:ascii="Arial" w:hAnsi="Arial" w:cs="Arial"/>
        </w:rPr>
        <w:t xml:space="preserve"> </w:t>
      </w:r>
      <w:r w:rsidRPr="003F2865">
        <w:rPr>
          <w:rStyle w:val="Strong"/>
          <w:rFonts w:ascii="Arial" w:hAnsi="Arial" w:cs="Arial"/>
        </w:rPr>
        <w:t>Si vous ne pouvez pas payer en ligne :</w:t>
      </w:r>
      <w:r w:rsidRPr="003F2865">
        <w:rPr>
          <w:rFonts w:ascii="Arial" w:hAnsi="Arial" w:cs="Arial"/>
        </w:rPr>
        <w:t xml:space="preserve"> contactez-nous rapidement par email</w:t>
      </w:r>
      <w:r w:rsidR="003F2865" w:rsidRPr="003F2865">
        <w:rPr>
          <w:rFonts w:ascii="Arial" w:hAnsi="Arial" w:cs="Arial"/>
        </w:rPr>
        <w:t xml:space="preserve"> {</w:t>
      </w:r>
      <w:hyperlink r:id="rId9" w:history="1">
        <w:r w:rsidR="003F2865" w:rsidRPr="003F2865">
          <w:rPr>
            <w:rStyle w:val="Hyperlink"/>
            <w:rFonts w:ascii="Arial" w:hAnsi="Arial" w:cs="Arial"/>
            <w:bCs/>
            <w:shd w:val="clear" w:color="auto" w:fill="FFFFFF"/>
          </w:rPr>
          <w:t>admin@ilawashington.com</w:t>
        </w:r>
      </w:hyperlink>
      <w:r w:rsidR="003F2865" w:rsidRPr="003F2865">
        <w:rPr>
          <w:rFonts w:ascii="Arial" w:hAnsi="Arial" w:cs="Arial"/>
        </w:rPr>
        <w:t>}</w:t>
      </w:r>
      <w:r w:rsidRPr="003F2865">
        <w:rPr>
          <w:rFonts w:ascii="Arial" w:hAnsi="Arial" w:cs="Arial"/>
        </w:rPr>
        <w:t xml:space="preserve"> ou WhatsApp</w:t>
      </w:r>
      <w:r w:rsidR="003F2865" w:rsidRPr="003F2865">
        <w:rPr>
          <w:rFonts w:ascii="Arial" w:hAnsi="Arial" w:cs="Arial"/>
        </w:rPr>
        <w:t xml:space="preserve"> {+1 (202) 327 4492} </w:t>
      </w:r>
      <w:r w:rsidRPr="003F2865">
        <w:rPr>
          <w:rFonts w:ascii="Arial" w:hAnsi="Arial" w:cs="Arial"/>
        </w:rPr>
        <w:t xml:space="preserve"> afin de recevoir les instructions pour effectuer un dépôt bancaire.</w:t>
      </w:r>
      <w:r w:rsidR="007510F7">
        <w:rPr>
          <w:rFonts w:ascii="Arial" w:hAnsi="Arial" w:cs="Arial"/>
        </w:rPr>
        <w:pict>
          <v:rect id="_x0000_i1025" style="width:0;height:1.5pt" o:hralign="center" o:hrstd="t" o:hr="t" fillcolor="#a0a0a0" stroked="f"/>
        </w:pict>
      </w:r>
      <w:r w:rsidRPr="001F5372">
        <w:rPr>
          <w:rFonts w:ascii="Arial" w:hAnsi="Arial" w:cs="Arial"/>
          <w:b/>
          <w:color w:val="C00000"/>
          <w:lang w:val="en-US"/>
        </w:rPr>
        <w:t xml:space="preserve">Nous vous contacterons </w:t>
      </w:r>
      <w:r w:rsidR="001F5372">
        <w:rPr>
          <w:rFonts w:ascii="Arial" w:hAnsi="Arial" w:cs="Arial"/>
          <w:b/>
          <w:color w:val="C00000"/>
          <w:lang w:val="en-US"/>
        </w:rPr>
        <w:t>de</w:t>
      </w:r>
      <w:r w:rsidR="00C93388">
        <w:rPr>
          <w:rFonts w:ascii="Arial" w:hAnsi="Arial" w:cs="Arial"/>
          <w:b/>
          <w:color w:val="C00000"/>
          <w:lang w:val="en-US"/>
        </w:rPr>
        <w:t>s</w:t>
      </w:r>
      <w:r w:rsidR="001F5372">
        <w:rPr>
          <w:rFonts w:ascii="Arial" w:hAnsi="Arial" w:cs="Arial"/>
          <w:b/>
          <w:color w:val="C00000"/>
          <w:lang w:val="en-US"/>
        </w:rPr>
        <w:t xml:space="preserve"> que possible </w:t>
      </w:r>
      <w:r w:rsidRPr="001F5372">
        <w:rPr>
          <w:rFonts w:ascii="Arial" w:hAnsi="Arial" w:cs="Arial"/>
          <w:b/>
          <w:color w:val="C00000"/>
          <w:lang w:val="en-US"/>
        </w:rPr>
        <w:t>pour vous accompagner dans les prochaines étapes.</w:t>
      </w:r>
      <w:bookmarkStart w:id="0" w:name="_GoBack"/>
      <w:bookmarkEnd w:id="0"/>
    </w:p>
    <w:p w:rsidR="00E91769" w:rsidRPr="003F2865" w:rsidRDefault="00E91769" w:rsidP="00B659E7">
      <w:pPr>
        <w:pStyle w:val="NormalWeb"/>
        <w:spacing w:after="0" w:afterAutospacing="0"/>
        <w:rPr>
          <w:rFonts w:ascii="Arial" w:hAnsi="Arial" w:cs="Arial"/>
          <w:lang w:val="en-US"/>
        </w:rPr>
      </w:pPr>
      <w:r w:rsidRPr="003F2865">
        <w:rPr>
          <w:rFonts w:ascii="Arial" w:hAnsi="Arial" w:cs="Arial"/>
          <w:lang w:val="en-US"/>
        </w:rPr>
        <w:t>Cordialement,</w:t>
      </w:r>
      <w:r w:rsidRPr="003F2865">
        <w:rPr>
          <w:rFonts w:ascii="Arial" w:hAnsi="Arial" w:cs="Arial"/>
          <w:lang w:val="en-US"/>
        </w:rPr>
        <w:br/>
      </w:r>
      <w:r w:rsidRPr="003F2865">
        <w:rPr>
          <w:rStyle w:val="Strong"/>
          <w:rFonts w:ascii="Arial" w:hAnsi="Arial" w:cs="Arial"/>
          <w:lang w:val="en-US"/>
        </w:rPr>
        <w:t>Équipe de Coordination</w:t>
      </w:r>
      <w:r w:rsidRPr="003F2865">
        <w:rPr>
          <w:rFonts w:ascii="Arial" w:hAnsi="Arial" w:cs="Arial"/>
          <w:lang w:val="en-US"/>
        </w:rPr>
        <w:br/>
      </w:r>
      <w:r w:rsidRPr="003F2865">
        <w:rPr>
          <w:rStyle w:val="Emphasis"/>
          <w:rFonts w:ascii="Arial" w:eastAsiaTheme="majorEastAsia" w:hAnsi="Arial" w:cs="Arial"/>
          <w:lang w:val="en-US"/>
        </w:rPr>
        <w:t>International Leadership Academy (ILA)</w:t>
      </w:r>
    </w:p>
    <w:p w:rsidR="00E9050C" w:rsidRPr="003F2865" w:rsidRDefault="00E91769" w:rsidP="00B659E7">
      <w:pPr>
        <w:pStyle w:val="NormalWeb"/>
        <w:spacing w:after="0" w:afterAutospacing="0"/>
        <w:rPr>
          <w:rFonts w:ascii="Arial" w:hAnsi="Arial" w:cs="Arial"/>
          <w:lang w:val="en-US"/>
        </w:rPr>
      </w:pPr>
      <w:r w:rsidRPr="003F2865">
        <w:rPr>
          <w:rFonts w:ascii="Segoe UI Symbol" w:hAnsi="Segoe UI Symbol" w:cs="Segoe UI Symbol"/>
        </w:rPr>
        <w:t>📞</w:t>
      </w:r>
      <w:r w:rsidRPr="003F2865">
        <w:rPr>
          <w:rFonts w:ascii="Arial" w:hAnsi="Arial" w:cs="Arial"/>
          <w:lang w:val="en-US"/>
        </w:rPr>
        <w:t xml:space="preserve"> +1 (202) 327 4492</w:t>
      </w:r>
      <w:r w:rsidRPr="003F2865">
        <w:rPr>
          <w:rFonts w:ascii="Arial" w:hAnsi="Arial" w:cs="Arial"/>
          <w:lang w:val="en-US"/>
        </w:rPr>
        <w:br/>
      </w:r>
      <w:r w:rsidRPr="003F2865">
        <w:rPr>
          <w:rFonts w:ascii="Segoe UI Symbol" w:hAnsi="Segoe UI Symbol" w:cs="Segoe UI Symbol"/>
        </w:rPr>
        <w:t>📧</w:t>
      </w:r>
      <w:r w:rsidRPr="003F2865">
        <w:rPr>
          <w:rFonts w:ascii="Arial" w:hAnsi="Arial" w:cs="Arial"/>
          <w:lang w:val="en-US"/>
        </w:rPr>
        <w:t xml:space="preserve"> admission@ilawashington.com</w:t>
      </w:r>
      <w:r w:rsidRPr="003F2865">
        <w:rPr>
          <w:rFonts w:ascii="Arial" w:hAnsi="Arial" w:cs="Arial"/>
          <w:lang w:val="en-US"/>
        </w:rPr>
        <w:br/>
      </w:r>
      <w:r w:rsidRPr="003F2865">
        <w:rPr>
          <w:rFonts w:ascii="Segoe UI Symbol" w:hAnsi="Segoe UI Symbol" w:cs="Segoe UI Symbol"/>
        </w:rPr>
        <w:t>🌐</w:t>
      </w:r>
      <w:r w:rsidRPr="003F2865">
        <w:rPr>
          <w:rFonts w:ascii="Arial" w:hAnsi="Arial" w:cs="Arial"/>
          <w:lang w:val="en-US"/>
        </w:rPr>
        <w:t xml:space="preserve"> </w:t>
      </w:r>
      <w:hyperlink r:id="rId10" w:tgtFrame="_new" w:history="1">
        <w:r w:rsidRPr="003F2865">
          <w:rPr>
            <w:rStyle w:val="Hyperlink"/>
            <w:rFonts w:ascii="Arial" w:eastAsiaTheme="majorEastAsia" w:hAnsi="Arial" w:cs="Arial"/>
            <w:lang w:val="en-US"/>
          </w:rPr>
          <w:t>https://ilawashington.com</w:t>
        </w:r>
      </w:hyperlink>
    </w:p>
    <w:sectPr w:rsidR="00E9050C" w:rsidRPr="003F2865" w:rsidSect="00EB75E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0F7" w:rsidRDefault="007510F7" w:rsidP="003F6F54">
      <w:pPr>
        <w:spacing w:after="0" w:line="240" w:lineRule="auto"/>
      </w:pPr>
      <w:r>
        <w:separator/>
      </w:r>
    </w:p>
  </w:endnote>
  <w:endnote w:type="continuationSeparator" w:id="0">
    <w:p w:rsidR="007510F7" w:rsidRDefault="007510F7" w:rsidP="003F6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5EA" w:rsidRDefault="00EB75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5EA" w:rsidRDefault="00EB75E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5EA" w:rsidRDefault="00EB75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0F7" w:rsidRDefault="007510F7" w:rsidP="003F6F54">
      <w:pPr>
        <w:spacing w:after="0" w:line="240" w:lineRule="auto"/>
      </w:pPr>
      <w:r>
        <w:separator/>
      </w:r>
    </w:p>
  </w:footnote>
  <w:footnote w:type="continuationSeparator" w:id="0">
    <w:p w:rsidR="007510F7" w:rsidRDefault="007510F7" w:rsidP="003F6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5EA" w:rsidRDefault="00EB75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F54" w:rsidRPr="003F6F54" w:rsidRDefault="003F6F54" w:rsidP="00450A12">
    <w:pPr>
      <w:pStyle w:val="Header"/>
      <w:jc w:val="center"/>
    </w:pPr>
    <w:r>
      <w:rPr>
        <w:noProof/>
        <w:lang w:val="es-DO" w:eastAsia="es-DO"/>
      </w:rPr>
      <w:drawing>
        <wp:inline distT="0" distB="0" distL="0" distR="0" wp14:anchorId="189AFE3D" wp14:editId="0D181ED7">
          <wp:extent cx="1230630" cy="835376"/>
          <wp:effectExtent l="0" t="0" r="762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6025-Convertid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4018" cy="9123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5EA" w:rsidRDefault="00EB75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F5372"/>
    <w:rsid w:val="0029639D"/>
    <w:rsid w:val="00326F90"/>
    <w:rsid w:val="00383469"/>
    <w:rsid w:val="003F2865"/>
    <w:rsid w:val="003F6F54"/>
    <w:rsid w:val="004427BA"/>
    <w:rsid w:val="00450A12"/>
    <w:rsid w:val="005F3E2F"/>
    <w:rsid w:val="006F2B73"/>
    <w:rsid w:val="007510F7"/>
    <w:rsid w:val="008C79BD"/>
    <w:rsid w:val="008D7755"/>
    <w:rsid w:val="00926CB3"/>
    <w:rsid w:val="00972DC9"/>
    <w:rsid w:val="00976A65"/>
    <w:rsid w:val="00AA1D8D"/>
    <w:rsid w:val="00B47730"/>
    <w:rsid w:val="00B659E7"/>
    <w:rsid w:val="00C43D84"/>
    <w:rsid w:val="00C52649"/>
    <w:rsid w:val="00C93388"/>
    <w:rsid w:val="00CB0664"/>
    <w:rsid w:val="00E174AA"/>
    <w:rsid w:val="00E9050C"/>
    <w:rsid w:val="00E91769"/>
    <w:rsid w:val="00EA2735"/>
    <w:rsid w:val="00EB75E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64AE24FD"/>
  <w14:defaultImageDpi w14:val="300"/>
  <w15:docId w15:val="{B1A9DFA6-EA37-4CF1-B455-6F054538E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450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DO" w:eastAsia="es-DO"/>
    </w:rPr>
  </w:style>
  <w:style w:type="character" w:styleId="Hyperlink">
    <w:name w:val="Hyperlink"/>
    <w:basedOn w:val="DefaultParagraphFont"/>
    <w:uiPriority w:val="99"/>
    <w:unhideWhenUsed/>
    <w:rsid w:val="00450A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2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lawashington.com/admission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ilawashington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xample.com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1A215C1-0165-4225-924B-7B0098E1B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286</Words>
  <Characters>1748</Characters>
  <Application>Microsoft Office Word</Application>
  <DocSecurity>0</DocSecurity>
  <Lines>36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Bervine Aristyl</cp:lastModifiedBy>
  <cp:revision>3</cp:revision>
  <cp:lastPrinted>2025-06-19T19:00:00Z</cp:lastPrinted>
  <dcterms:created xsi:type="dcterms:W3CDTF">2025-06-20T19:08:00Z</dcterms:created>
  <dcterms:modified xsi:type="dcterms:W3CDTF">2025-06-21T02:01:00Z</dcterms:modified>
  <cp:category/>
</cp:coreProperties>
</file>